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8763C" w14:textId="77777777" w:rsidR="00D9470E" w:rsidRPr="00D9470E" w:rsidRDefault="00000000" w:rsidP="00D9470E">
      <w:pPr>
        <w:rPr>
          <w:rFonts w:asciiTheme="majorHAnsi" w:hAnsiTheme="majorHAnsi" w:cstheme="majorHAnsi"/>
          <w:b/>
          <w:bCs/>
        </w:rPr>
      </w:pPr>
      <w:r w:rsidRPr="00D9470E">
        <w:rPr>
          <w:rFonts w:asciiTheme="majorHAnsi" w:hAnsiTheme="majorHAnsi" w:cstheme="majorHAnsi"/>
          <w:b/>
          <w:bCs/>
        </w:rPr>
        <w:t>Załącznik nr 1</w:t>
      </w:r>
    </w:p>
    <w:p w14:paraId="4609B7C0" w14:textId="1C0C9904" w:rsidR="00811F04" w:rsidRPr="00D9470E" w:rsidRDefault="00D9470E" w:rsidP="00D9470E">
      <w:pPr>
        <w:jc w:val="right"/>
        <w:rPr>
          <w:rFonts w:asciiTheme="majorHAnsi" w:hAnsiTheme="majorHAnsi" w:cstheme="majorHAnsi"/>
          <w:b/>
          <w:bCs/>
        </w:rPr>
      </w:pPr>
      <w:r w:rsidRPr="00D9470E">
        <w:rPr>
          <w:rFonts w:asciiTheme="majorHAnsi" w:hAnsiTheme="majorHAnsi" w:cstheme="majorHAnsi"/>
        </w:rPr>
        <w:t>Data: ...................................................</w:t>
      </w:r>
      <w:r w:rsidRPr="00D9470E">
        <w:rPr>
          <w:rFonts w:asciiTheme="majorHAnsi" w:hAnsiTheme="majorHAnsi" w:cstheme="majorHAnsi"/>
        </w:rPr>
        <w:tab/>
      </w:r>
    </w:p>
    <w:p w14:paraId="1B4C7640" w14:textId="77777777" w:rsidR="00D9470E" w:rsidRPr="00D9470E" w:rsidRDefault="00D9470E" w:rsidP="00D9470E">
      <w:pPr>
        <w:rPr>
          <w:rFonts w:asciiTheme="majorHAnsi" w:hAnsiTheme="majorHAnsi" w:cstheme="majorHAnsi"/>
          <w:b/>
          <w:bCs/>
        </w:rPr>
      </w:pPr>
    </w:p>
    <w:p w14:paraId="7DDB084E" w14:textId="77777777" w:rsidR="00811F04" w:rsidRPr="00D9470E" w:rsidRDefault="00000000" w:rsidP="00D9470E">
      <w:pPr>
        <w:jc w:val="center"/>
        <w:rPr>
          <w:rFonts w:asciiTheme="majorHAnsi" w:hAnsiTheme="majorHAnsi" w:cstheme="majorHAnsi"/>
          <w:b/>
          <w:bCs/>
        </w:rPr>
      </w:pPr>
      <w:r w:rsidRPr="00D9470E">
        <w:rPr>
          <w:rFonts w:asciiTheme="majorHAnsi" w:hAnsiTheme="majorHAnsi" w:cstheme="majorHAnsi"/>
          <w:b/>
          <w:bCs/>
        </w:rPr>
        <w:t>OŚWIADCZENIE O BRAKU POWIĄZAŃ OSOBOWYCH I KAPITAŁOWYCH</w:t>
      </w:r>
      <w:r w:rsidRPr="00D9470E">
        <w:rPr>
          <w:rFonts w:asciiTheme="majorHAnsi" w:hAnsiTheme="majorHAnsi" w:cstheme="majorHAnsi"/>
          <w:b/>
          <w:bCs/>
        </w:rPr>
        <w:br/>
      </w:r>
    </w:p>
    <w:p w14:paraId="30669696" w14:textId="77777777" w:rsidR="00D9470E" w:rsidRPr="00D9470E" w:rsidRDefault="00000000" w:rsidP="00D9470E">
      <w:pPr>
        <w:rPr>
          <w:rFonts w:asciiTheme="majorHAnsi" w:hAnsiTheme="majorHAnsi" w:cstheme="majorHAnsi"/>
        </w:rPr>
      </w:pPr>
      <w:r w:rsidRPr="00D9470E">
        <w:rPr>
          <w:rFonts w:asciiTheme="majorHAnsi" w:hAnsiTheme="majorHAnsi" w:cstheme="majorHAnsi"/>
        </w:rPr>
        <w:t>Ja niżej podpisany/a, działając w imieniu Wykonawcy:</w:t>
      </w:r>
      <w:r w:rsidRPr="00D9470E">
        <w:rPr>
          <w:rFonts w:asciiTheme="majorHAnsi" w:hAnsiTheme="majorHAnsi" w:cstheme="majorHAnsi"/>
        </w:rPr>
        <w:br/>
      </w:r>
    </w:p>
    <w:p w14:paraId="58164D93" w14:textId="77777777" w:rsidR="00D9470E" w:rsidRPr="00D9470E" w:rsidRDefault="00000000" w:rsidP="00D9470E">
      <w:pPr>
        <w:rPr>
          <w:rFonts w:asciiTheme="majorHAnsi" w:hAnsiTheme="majorHAnsi" w:cstheme="majorHAnsi"/>
        </w:rPr>
      </w:pPr>
      <w:r w:rsidRPr="00D9470E">
        <w:rPr>
          <w:rFonts w:asciiTheme="majorHAnsi" w:hAnsiTheme="majorHAnsi" w:cstheme="majorHAnsi"/>
        </w:rPr>
        <w:t>Nazwa Wykonawcy: ...................................................</w:t>
      </w:r>
      <w:r w:rsidRPr="00D9470E">
        <w:rPr>
          <w:rFonts w:asciiTheme="majorHAnsi" w:hAnsiTheme="majorHAnsi" w:cstheme="majorHAnsi"/>
        </w:rPr>
        <w:br/>
      </w:r>
    </w:p>
    <w:p w14:paraId="56DA8415" w14:textId="6AABB39C" w:rsidR="00811F04" w:rsidRPr="00D9470E" w:rsidRDefault="00000000" w:rsidP="00D9470E">
      <w:pPr>
        <w:rPr>
          <w:rFonts w:asciiTheme="majorHAnsi" w:hAnsiTheme="majorHAnsi" w:cstheme="majorHAnsi"/>
        </w:rPr>
      </w:pPr>
      <w:r w:rsidRPr="00D9470E">
        <w:rPr>
          <w:rFonts w:asciiTheme="majorHAnsi" w:hAnsiTheme="majorHAnsi" w:cstheme="majorHAnsi"/>
        </w:rPr>
        <w:t>Oświadczam, że Wykonawca nie jest powiązany osobowo ani kapitałowo z Zamawiającym.</w:t>
      </w:r>
      <w:r w:rsidRPr="00D9470E">
        <w:rPr>
          <w:rFonts w:asciiTheme="majorHAnsi" w:hAnsiTheme="majorHAnsi" w:cstheme="majorHAnsi"/>
        </w:rPr>
        <w:br/>
      </w:r>
    </w:p>
    <w:p w14:paraId="1809FB43" w14:textId="77777777" w:rsidR="00811F04" w:rsidRPr="00D9470E" w:rsidRDefault="00000000" w:rsidP="00D9470E">
      <w:pPr>
        <w:rPr>
          <w:rFonts w:asciiTheme="majorHAnsi" w:hAnsiTheme="majorHAnsi" w:cstheme="majorHAnsi"/>
        </w:rPr>
      </w:pPr>
      <w:r w:rsidRPr="00D9470E">
        <w:rPr>
          <w:rFonts w:asciiTheme="majorHAnsi" w:hAnsiTheme="majorHAnsi" w:cstheme="majorHAnsi"/>
        </w:rPr>
        <w:t>Przez powiązania rozumie się w szczególności:</w:t>
      </w:r>
      <w:r w:rsidRPr="00D9470E">
        <w:rPr>
          <w:rFonts w:asciiTheme="majorHAnsi" w:hAnsiTheme="majorHAnsi" w:cstheme="majorHAnsi"/>
        </w:rPr>
        <w:br/>
        <w:t>- uczestnictwo w spółce jako wspólnik,</w:t>
      </w:r>
      <w:r w:rsidRPr="00D9470E">
        <w:rPr>
          <w:rFonts w:asciiTheme="majorHAnsi" w:hAnsiTheme="majorHAnsi" w:cstheme="majorHAnsi"/>
        </w:rPr>
        <w:br/>
        <w:t>- posiadanie co najmniej 10% udziałów lub akcji,</w:t>
      </w:r>
      <w:r w:rsidRPr="00D9470E">
        <w:rPr>
          <w:rFonts w:asciiTheme="majorHAnsi" w:hAnsiTheme="majorHAnsi" w:cstheme="majorHAnsi"/>
        </w:rPr>
        <w:br/>
        <w:t>- pełnienie funkcji członka organu zarządzającego lub nadzorczego,</w:t>
      </w:r>
      <w:r w:rsidRPr="00D9470E">
        <w:rPr>
          <w:rFonts w:asciiTheme="majorHAnsi" w:hAnsiTheme="majorHAnsi" w:cstheme="majorHAnsi"/>
        </w:rPr>
        <w:br/>
        <w:t>- pozostawanie w związku małżeńskim, pokrewieństwie lub powinowactwie.</w:t>
      </w:r>
      <w:r w:rsidRPr="00D9470E">
        <w:rPr>
          <w:rFonts w:asciiTheme="majorHAnsi" w:hAnsiTheme="majorHAnsi" w:cstheme="majorHAnsi"/>
        </w:rPr>
        <w:br/>
      </w:r>
    </w:p>
    <w:p w14:paraId="63E2F20E" w14:textId="77777777" w:rsidR="00D9470E" w:rsidRPr="00D9470E" w:rsidRDefault="00D9470E" w:rsidP="00D9470E">
      <w:pPr>
        <w:rPr>
          <w:rFonts w:asciiTheme="majorHAnsi" w:hAnsiTheme="majorHAnsi" w:cstheme="majorHAnsi"/>
        </w:rPr>
      </w:pPr>
    </w:p>
    <w:p w14:paraId="51F906D1" w14:textId="0DA7CED2" w:rsidR="00811F04" w:rsidRPr="00D9470E" w:rsidRDefault="00000000" w:rsidP="00D9470E">
      <w:pPr>
        <w:jc w:val="right"/>
        <w:rPr>
          <w:rFonts w:asciiTheme="majorHAnsi" w:hAnsiTheme="majorHAnsi" w:cstheme="majorHAnsi"/>
        </w:rPr>
      </w:pPr>
      <w:r w:rsidRPr="00D9470E">
        <w:rPr>
          <w:rFonts w:asciiTheme="majorHAnsi" w:hAnsiTheme="majorHAnsi" w:cstheme="majorHAnsi"/>
        </w:rPr>
        <w:t xml:space="preserve">Podpis: </w:t>
      </w:r>
      <w:r w:rsidR="00D9470E" w:rsidRPr="00D9470E">
        <w:rPr>
          <w:rFonts w:asciiTheme="majorHAnsi" w:hAnsiTheme="majorHAnsi" w:cstheme="majorHAnsi"/>
        </w:rPr>
        <w:t>...................................................</w:t>
      </w:r>
      <w:r w:rsidRPr="00D9470E">
        <w:rPr>
          <w:rFonts w:asciiTheme="majorHAnsi" w:hAnsiTheme="majorHAnsi" w:cstheme="majorHAnsi"/>
        </w:rPr>
        <w:br/>
      </w:r>
    </w:p>
    <w:sectPr w:rsidR="00811F04" w:rsidRPr="00D9470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69089544">
    <w:abstractNumId w:val="8"/>
  </w:num>
  <w:num w:numId="2" w16cid:durableId="189341494">
    <w:abstractNumId w:val="6"/>
  </w:num>
  <w:num w:numId="3" w16cid:durableId="2083335293">
    <w:abstractNumId w:val="5"/>
  </w:num>
  <w:num w:numId="4" w16cid:durableId="1707488901">
    <w:abstractNumId w:val="4"/>
  </w:num>
  <w:num w:numId="5" w16cid:durableId="1457211483">
    <w:abstractNumId w:val="7"/>
  </w:num>
  <w:num w:numId="6" w16cid:durableId="1790664659">
    <w:abstractNumId w:val="3"/>
  </w:num>
  <w:num w:numId="7" w16cid:durableId="461315157">
    <w:abstractNumId w:val="2"/>
  </w:num>
  <w:num w:numId="8" w16cid:durableId="2093163320">
    <w:abstractNumId w:val="1"/>
  </w:num>
  <w:num w:numId="9" w16cid:durableId="265429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949A3"/>
    <w:rsid w:val="004514E7"/>
    <w:rsid w:val="00811F04"/>
    <w:rsid w:val="00AA1D8D"/>
    <w:rsid w:val="00B47730"/>
    <w:rsid w:val="00CB0664"/>
    <w:rsid w:val="00D9470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DD6A57"/>
  <w14:defaultImageDpi w14:val="300"/>
  <w15:docId w15:val="{8CF6D0AE-9C17-4FD2-AF86-3906D302E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96</Words>
  <Characters>578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generated by python-docx</dc:description>
  <cp:lastModifiedBy>Daniel Dębski</cp:lastModifiedBy>
  <cp:revision>3</cp:revision>
  <dcterms:created xsi:type="dcterms:W3CDTF">2026-04-19T09:44:00Z</dcterms:created>
  <dcterms:modified xsi:type="dcterms:W3CDTF">2026-04-19T09:48:00Z</dcterms:modified>
  <cp:category/>
</cp:coreProperties>
</file>